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60"/>
        <w:jc w:val="center"/>
      </w:pPr>
      <w:r>
        <w:rPr>
          <w:rFonts w:ascii="Trebuchet MS" w:hAnsi="Trebuchet MS"/>
          <w:b/>
          <w:i w:val="0"/>
          <w:color w:val="222222"/>
          <w:sz w:val="30"/>
        </w:rPr>
        <w:t>CONVOCATORIA INTRAMURAL DE PROMOCIÓN DE LA INVESTIGACIÓN</w:t>
      </w:r>
    </w:p>
    <w:p>
      <w:pPr>
        <w:spacing w:after="240"/>
        <w:jc w:val="center"/>
      </w:pPr>
      <w:r>
        <w:rPr>
          <w:rFonts w:ascii="Trebuchet MS" w:hAnsi="Trebuchet MS"/>
          <w:b/>
          <w:i w:val="0"/>
          <w:color w:val="222222"/>
          <w:sz w:val="30"/>
        </w:rPr>
        <w:t>IIS ARAGÓN 2026</w:t>
      </w:r>
    </w:p>
    <w:p>
      <w:pPr>
        <w:spacing w:after="280"/>
        <w:jc w:val="center"/>
      </w:pPr>
      <w:r>
        <w:rPr>
          <w:rFonts w:ascii="Trebuchet MS" w:hAnsi="Trebuchet MS"/>
          <w:b/>
          <w:i w:val="0"/>
          <w:color w:val="222222"/>
          <w:sz w:val="25"/>
        </w:rPr>
        <w:t>Acción de Apoyo a la Figura del Residente Investigador</w:t>
      </w:r>
    </w:p>
    <w:p>
      <w:pPr>
        <w:spacing w:after="280"/>
        <w:jc w:val="center"/>
      </w:pPr>
      <w:r>
        <w:rPr>
          <w:rFonts w:ascii="Trebuchet MS" w:hAnsi="Trebuchet MS"/>
          <w:b/>
          <w:i w:val="0"/>
          <w:color w:val="E87500"/>
          <w:sz w:val="26"/>
        </w:rPr>
        <w:t>FORMULARIO DE SOLICITUD</w:t>
      </w:r>
    </w:p>
    <w:p>
      <w:pPr>
        <w:pStyle w:val="Heading1"/>
      </w:pPr>
      <w:r>
        <w:t>1. Datos de la persona candidata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50"/>
        <w:gridCol w:w="7088"/>
      </w:tblGrid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Nombre y apellidos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DNI/NIE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Centro sanitario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Especialidad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Año de residencia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Grupo IIS Aragón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........................................................................................................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rFonts w:ascii="Trebuchet MS" w:hAnsi="Trebuchet MS"/>
          <w:b w:val="0"/>
          <w:i/>
          <w:color w:val="666666"/>
          <w:sz w:val="18"/>
        </w:rPr>
        <w:t>La persona candidata debe pertenecer a un grupo de investigación del IIS Aragón.</w:t>
      </w:r>
    </w:p>
    <w:p>
      <w:pPr>
        <w:pStyle w:val="Heading1"/>
      </w:pPr>
      <w:r>
        <w:t>2. Cinco méritos principales de la persona candidata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</w:tcPr>
          <w:p>
            <w:pPr>
              <w:spacing w:after="40"/>
            </w:pPr>
            <w:r>
              <w:rPr>
                <w:rFonts w:ascii="Trebuchet MS" w:hAnsi="Trebuchet MS"/>
                <w:b/>
                <w:i w:val="0"/>
                <w:color w:val="222222"/>
                <w:sz w:val="22"/>
              </w:rPr>
              <w:t>Mérito 1</w:t>
            </w:r>
          </w:p>
          <w:p>
            <w:pPr>
              <w:spacing w:after="0"/>
            </w:pPr>
            <w:r>
              <w:rPr>
                <w:rFonts w:ascii="Trebuchet MS" w:hAnsi="Trebuchet MS"/>
                <w:b w:val="0"/>
                <w:i/>
                <w:color w:val="666666"/>
                <w:sz w:val="18"/>
              </w:rPr>
              <w:t>Máximo 5 líneas. Letra Trebuchet MS de 12 puntos e interlineado de 1,5. Incluya la referencia justificativa. Si se trata de una publicación o comunicación, adjunte el PDF correspondiente.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 w:val="0"/>
        <w:spacing w:after="20"/>
      </w:pP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</w:tcPr>
          <w:p>
            <w:pPr>
              <w:spacing w:after="40"/>
            </w:pPr>
            <w:r>
              <w:rPr>
                <w:rFonts w:ascii="Trebuchet MS" w:hAnsi="Trebuchet MS"/>
                <w:b/>
                <w:i w:val="0"/>
                <w:color w:val="222222"/>
                <w:sz w:val="22"/>
              </w:rPr>
              <w:t>Mérito 2</w:t>
            </w:r>
          </w:p>
          <w:p>
            <w:pPr>
              <w:spacing w:after="0"/>
            </w:pPr>
            <w:r>
              <w:rPr>
                <w:rFonts w:ascii="Trebuchet MS" w:hAnsi="Trebuchet MS"/>
                <w:b w:val="0"/>
                <w:i/>
                <w:color w:val="666666"/>
                <w:sz w:val="18"/>
              </w:rPr>
              <w:t>Máximo 5 líneas. Letra Trebuchet MS de 12 puntos e interlineado de 1,5. Incluya la referencia justificativa. Si se trata de una publicación o comunicación, adjunte el PDF correspondiente.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 w:val="0"/>
        <w:spacing w:after="20"/>
      </w:pP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</w:tcPr>
          <w:p>
            <w:pPr>
              <w:spacing w:after="40"/>
            </w:pPr>
            <w:r>
              <w:rPr>
                <w:rFonts w:ascii="Trebuchet MS" w:hAnsi="Trebuchet MS"/>
                <w:b/>
                <w:i w:val="0"/>
                <w:color w:val="222222"/>
                <w:sz w:val="22"/>
              </w:rPr>
              <w:t>Mérito 3</w:t>
            </w:r>
          </w:p>
          <w:p>
            <w:pPr>
              <w:spacing w:after="0"/>
            </w:pPr>
            <w:r>
              <w:rPr>
                <w:rFonts w:ascii="Trebuchet MS" w:hAnsi="Trebuchet MS"/>
                <w:b w:val="0"/>
                <w:i/>
                <w:color w:val="666666"/>
                <w:sz w:val="18"/>
              </w:rPr>
              <w:t>Máximo 5 líneas. Letra Trebuchet MS de 12 puntos e interlineado de 1,5. Incluya la referencia justificativa. Si se trata de una publicación o comunicación, adjunte el PDF correspondiente.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 w:val="0"/>
        <w:spacing w:after="20"/>
      </w:pP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</w:tcPr>
          <w:p>
            <w:pPr>
              <w:spacing w:after="40"/>
            </w:pPr>
            <w:r>
              <w:rPr>
                <w:rFonts w:ascii="Trebuchet MS" w:hAnsi="Trebuchet MS"/>
                <w:b/>
                <w:i w:val="0"/>
                <w:color w:val="222222"/>
                <w:sz w:val="22"/>
              </w:rPr>
              <w:t>Mérito 4</w:t>
            </w:r>
          </w:p>
          <w:p>
            <w:pPr>
              <w:spacing w:after="0"/>
            </w:pPr>
            <w:r>
              <w:rPr>
                <w:rFonts w:ascii="Trebuchet MS" w:hAnsi="Trebuchet MS"/>
                <w:b w:val="0"/>
                <w:i/>
                <w:color w:val="666666"/>
                <w:sz w:val="18"/>
              </w:rPr>
              <w:t>Máximo 5 líneas. Letra Trebuchet MS de 12 puntos e interlineado de 1,5. Incluya la referencia justificativa. Si se trata de una publicación o comunicación, adjunte el PDF correspondiente.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 w:val="0"/>
        <w:spacing w:after="20"/>
      </w:pP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</w:tcPr>
          <w:p>
            <w:pPr>
              <w:spacing w:after="40"/>
            </w:pPr>
            <w:r>
              <w:rPr>
                <w:rFonts w:ascii="Trebuchet MS" w:hAnsi="Trebuchet MS"/>
                <w:b/>
                <w:i w:val="0"/>
                <w:color w:val="222222"/>
                <w:sz w:val="22"/>
              </w:rPr>
              <w:t>Mérito 5</w:t>
            </w:r>
          </w:p>
          <w:p>
            <w:pPr>
              <w:spacing w:after="0"/>
            </w:pPr>
            <w:r>
              <w:rPr>
                <w:rFonts w:ascii="Trebuchet MS" w:hAnsi="Trebuchet MS"/>
                <w:b w:val="0"/>
                <w:i/>
                <w:color w:val="666666"/>
                <w:sz w:val="18"/>
              </w:rPr>
              <w:t>Máximo 5 líneas. Letra Trebuchet MS de 12 puntos e interlineado de 1,5. Incluya la referencia justificativa. Si se trata de una publicación o comunicación, adjunte el PDF correspondiente.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 w:val="0"/>
        <w:spacing w:after="20"/>
      </w:pPr>
    </w:p>
    <w:p>
      <w:pPr>
        <w:pStyle w:val="Heading1"/>
        <w:pageBreakBefore/>
      </w:pPr>
      <w:r>
        <w:t>3. Datos de la estancia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50"/>
        <w:gridCol w:w="7088"/>
      </w:tblGrid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Centro de destino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Ciudad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País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........................................................................................................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Fecha de inicio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 / .......... / 2027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Fecha de finalización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 / .......... / ..........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Duración total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 meses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Grupo de financiación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☐ Grupo I     ☐ Grupo II     ☐ Grupo III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Aportación mensual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................................ € / mes</w:t>
            </w:r>
          </w:p>
        </w:tc>
      </w:tr>
      <w:tr>
        <w:trPr>
          <w:cantSplit/>
        </w:trPr>
        <w:tc>
          <w:tcPr>
            <w:tcW w:type="dxa" w:w="2550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  <w:vAlign w:val="center"/>
          </w:tcPr>
          <w:p>
            <w:r>
              <w:rPr>
                <w:rFonts w:ascii="Trebuchet MS" w:hAnsi="Trebuchet MS"/>
                <w:b/>
                <w:i w:val="0"/>
                <w:color w:val="222222"/>
                <w:sz w:val="21"/>
              </w:rPr>
              <w:t>Importe total solicitado</w:t>
            </w:r>
          </w:p>
        </w:tc>
        <w:tc>
          <w:tcPr>
            <w:tcW w:type="dxa" w:w="708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Trebuchet MS" w:hAnsi="Trebuchet MS"/>
                <w:b w:val="0"/>
                <w:i w:val="0"/>
                <w:color w:val="222222"/>
                <w:sz w:val="21"/>
              </w:rPr>
              <w:t>................................ €</w:t>
            </w:r>
          </w:p>
        </w:tc>
      </w:tr>
    </w:tbl>
    <w:p>
      <w:pPr>
        <w:spacing w:after="0"/>
      </w:pP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</w:tcPr>
          <w:p>
            <w:pPr>
              <w:spacing w:after="40"/>
            </w:pPr>
            <w:r>
              <w:rPr>
                <w:rFonts w:ascii="Trebuchet MS" w:hAnsi="Trebuchet MS"/>
                <w:b/>
                <w:i w:val="0"/>
                <w:color w:val="222222"/>
                <w:sz w:val="22"/>
              </w:rPr>
              <w:t>Descripción de la estancia y plan formativo</w:t>
            </w:r>
          </w:p>
          <w:p>
            <w:pPr>
              <w:spacing w:after="0"/>
            </w:pPr>
            <w:r>
              <w:rPr>
                <w:rFonts w:ascii="Trebuchet MS" w:hAnsi="Trebuchet MS"/>
                <w:b w:val="0"/>
                <w:i/>
                <w:color w:val="666666"/>
                <w:sz w:val="18"/>
              </w:rPr>
              <w:t>Máximo 20 líneas. Describa los objetivos, las actividades previstas, la metodología, las competencias que se adquirirán y los resultados esperados.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 w:val="0"/>
        <w:spacing w:after="20"/>
      </w:pPr>
    </w:p>
    <w:p>
      <w:pPr>
        <w:pStyle w:val="Heading1"/>
        <w:pageBreakBefore/>
      </w:pPr>
      <w:r>
        <w:t>4. Principales méritos del grupo vinculados al IIS Aragón</w:t>
      </w:r>
    </w:p>
    <w:p>
      <w:r>
        <w:rPr>
          <w:rFonts w:ascii="Trebuchet MS" w:hAnsi="Trebuchet MS"/>
          <w:b w:val="0"/>
          <w:i/>
          <w:color w:val="666666"/>
          <w:sz w:val="18"/>
        </w:rPr>
        <w:t>En las publicaciones deberá constar la afiliación al IIS Aragón y, en los demás méritos, deberá justificarse expresamente su vinculación con el Instituto.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</w:tcPr>
          <w:p>
            <w:pPr>
              <w:spacing w:after="40"/>
            </w:pPr>
            <w:r>
              <w:rPr>
                <w:rFonts w:ascii="Trebuchet MS" w:hAnsi="Trebuchet MS"/>
                <w:b/>
                <w:i w:val="0"/>
                <w:color w:val="222222"/>
                <w:sz w:val="22"/>
              </w:rPr>
              <w:t>Mérito 1</w:t>
            </w:r>
          </w:p>
          <w:p>
            <w:pPr>
              <w:spacing w:after="0"/>
            </w:pPr>
            <w:r>
              <w:rPr>
                <w:rFonts w:ascii="Trebuchet MS" w:hAnsi="Trebuchet MS"/>
                <w:b w:val="0"/>
                <w:i/>
                <w:color w:val="666666"/>
                <w:sz w:val="18"/>
              </w:rPr>
              <w:t>Máximo media página. Letra Trebuchet MS de 12 puntos e interlineado de 1,5. Incluya la referencia justificativa. Si se trata de una publicación, adjunte el PDF correspondiente.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>☐ Publicación     ☐ Proyecto     ☐ Transferencia     ☐ Otro: ____________________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 w:val="0"/>
        <w:spacing w:after="20"/>
      </w:pP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</w:tcPr>
          <w:p>
            <w:pPr>
              <w:spacing w:after="40"/>
            </w:pPr>
            <w:r>
              <w:rPr>
                <w:rFonts w:ascii="Trebuchet MS" w:hAnsi="Trebuchet MS"/>
                <w:b/>
                <w:i w:val="0"/>
                <w:color w:val="222222"/>
                <w:sz w:val="22"/>
              </w:rPr>
              <w:t>Mérito 2</w:t>
            </w:r>
          </w:p>
          <w:p>
            <w:pPr>
              <w:spacing w:after="0"/>
            </w:pPr>
            <w:r>
              <w:rPr>
                <w:rFonts w:ascii="Trebuchet MS" w:hAnsi="Trebuchet MS"/>
                <w:b w:val="0"/>
                <w:i/>
                <w:color w:val="666666"/>
                <w:sz w:val="18"/>
              </w:rPr>
              <w:t>Máximo media página. Letra Trebuchet MS de 12 puntos e interlineado de 1,5. Incluya la referencia justificativa. Si se trata de una publicación, adjunte el PDF correspondiente.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>☐ Publicación     ☐ Proyecto     ☐ Transferencia     ☐ Otro: ____________________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 w:val="0"/>
        <w:spacing w:after="20"/>
      </w:pPr>
    </w:p>
    <w:p>
      <w:r>
        <w:br w:type="page"/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</w:tcPr>
          <w:p>
            <w:pPr>
              <w:spacing w:after="40"/>
            </w:pPr>
            <w:r>
              <w:rPr>
                <w:rFonts w:ascii="Trebuchet MS" w:hAnsi="Trebuchet MS"/>
                <w:b/>
                <w:i w:val="0"/>
                <w:color w:val="222222"/>
                <w:sz w:val="22"/>
              </w:rPr>
              <w:t>Mérito 3</w:t>
            </w:r>
          </w:p>
          <w:p>
            <w:pPr>
              <w:spacing w:after="0"/>
            </w:pPr>
            <w:r>
              <w:rPr>
                <w:rFonts w:ascii="Trebuchet MS" w:hAnsi="Trebuchet MS"/>
                <w:b w:val="0"/>
                <w:i/>
                <w:color w:val="666666"/>
                <w:sz w:val="18"/>
              </w:rPr>
              <w:t>Máximo media página. Letra Trebuchet MS de 12 puntos e interlineado de 1,5. Incluya la referencia justificativa. Si se trata de una publicación, adjunte el PDF correspondiente.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>☐ Publicación     ☐ Proyecto     ☐ Transferencia     ☐ Otro: ____________________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 w:val="0"/>
        <w:spacing w:after="20"/>
      </w:pP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</w:tcPr>
          <w:p>
            <w:pPr>
              <w:spacing w:after="40"/>
            </w:pPr>
            <w:r>
              <w:rPr>
                <w:rFonts w:ascii="Trebuchet MS" w:hAnsi="Trebuchet MS"/>
                <w:b/>
                <w:i w:val="0"/>
                <w:color w:val="222222"/>
                <w:sz w:val="22"/>
              </w:rPr>
              <w:t>Mérito 4</w:t>
            </w:r>
          </w:p>
          <w:p>
            <w:pPr>
              <w:spacing w:after="0"/>
            </w:pPr>
            <w:r>
              <w:rPr>
                <w:rFonts w:ascii="Trebuchet MS" w:hAnsi="Trebuchet MS"/>
                <w:b w:val="0"/>
                <w:i/>
                <w:color w:val="666666"/>
                <w:sz w:val="18"/>
              </w:rPr>
              <w:t>Máximo media página. Letra Trebuchet MS de 12 puntos e interlineado de 1,5. Incluya la referencia justificativa. Si se trata de una publicación, adjunte el PDF correspondiente.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>☐ Publicación     ☐ Proyecto     ☐ Transferencia     ☐ Otro: ____________________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 w:val="0"/>
        <w:spacing w:after="20"/>
      </w:pPr>
    </w:p>
    <w:p>
      <w:r>
        <w:br w:type="page"/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9638"/>
      </w:tblGrid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shd w:fill="F2F2F2"/>
          </w:tcPr>
          <w:p>
            <w:pPr>
              <w:spacing w:after="40"/>
            </w:pPr>
            <w:r>
              <w:rPr>
                <w:rFonts w:ascii="Trebuchet MS" w:hAnsi="Trebuchet MS"/>
                <w:b/>
                <w:i w:val="0"/>
                <w:color w:val="222222"/>
                <w:sz w:val="22"/>
              </w:rPr>
              <w:t>Mérito 5</w:t>
            </w:r>
          </w:p>
          <w:p>
            <w:pPr>
              <w:spacing w:after="0"/>
            </w:pPr>
            <w:r>
              <w:rPr>
                <w:rFonts w:ascii="Trebuchet MS" w:hAnsi="Trebuchet MS"/>
                <w:b w:val="0"/>
                <w:i/>
                <w:color w:val="666666"/>
                <w:sz w:val="18"/>
              </w:rPr>
              <w:t>Máximo media página. Letra Trebuchet MS de 12 puntos e interlineado de 1,5. Incluya la referencia justificativa. Si se trata de una publicación, adjunte el PDF correspondiente.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>☐ Publicación     ☐ Proyecto     ☐ Transferencia     ☐ Otro: ____________________</w:t>
            </w:r>
          </w:p>
        </w:tc>
      </w:tr>
      <w:tr>
        <w:tc>
          <w:tcPr>
            <w:tcW w:type="dxa" w:w="963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  <w:p>
            <w:pPr>
              <w:spacing w:after="120"/>
            </w:pPr>
            <w:r>
              <w:rPr>
                <w:rFonts w:ascii="Trebuchet MS" w:hAnsi="Trebuchet MS"/>
                <w:b w:val="0"/>
                <w:i w:val="0"/>
                <w:color w:val="222222"/>
                <w:sz w:val="20"/>
              </w:rPr>
              <w:t xml:space="preserve"> </w:t>
            </w:r>
          </w:p>
        </w:tc>
      </w:tr>
    </w:tbl>
    <w:p>
      <w:pPr>
        <w:keepNext w:val="0"/>
        <w:spacing w:after="20"/>
      </w:pPr>
    </w:p>
    <w:p>
      <w:pPr>
        <w:spacing w:before="160" w:after="240"/>
      </w:pPr>
      <w:r>
        <w:rPr>
          <w:rFonts w:ascii="Trebuchet MS" w:hAnsi="Trebuchet MS"/>
          <w:b w:val="0"/>
          <w:i w:val="0"/>
          <w:color w:val="222222"/>
          <w:sz w:val="21"/>
        </w:rPr>
        <w:t>Y, para que conste a los efectos oportunos, firma electrónicamente el presente documento.</w:t>
      </w:r>
    </w:p>
    <w:p>
      <w:pPr>
        <w:spacing w:before="280"/>
        <w:jc w:val="right"/>
      </w:pPr>
      <w:r>
        <w:rPr>
          <w:rFonts w:ascii="Trebuchet MS" w:hAnsi="Trebuchet MS"/>
          <w:b/>
          <w:i w:val="0"/>
          <w:color w:val="222222"/>
          <w:sz w:val="21"/>
        </w:rPr>
        <w:t>Firma de la persona candidata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964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7654"/>
      <w:gridCol w:w="1984"/>
    </w:tblGrid>
    <w:tr>
      <w:tc>
        <w:tcPr>
          <w:tcW w:type="dxa" w:w="4819"/>
        </w:tcPr>
        <w:p>
          <w:pPr>
            <w:jc w:val="left"/>
          </w:pPr>
          <w:r>
            <w:rPr>
              <w:rFonts w:ascii="Trebuchet MS" w:hAnsi="Trebuchet MS"/>
              <w:b w:val="0"/>
              <w:i w:val="0"/>
              <w:color w:val="666666"/>
              <w:sz w:val="16"/>
            </w:rPr>
            <w:t>Solicitud - Residente Investigador 2026</w:t>
          </w:r>
        </w:p>
      </w:tc>
      <w:tc>
        <w:tcPr>
          <w:tcW w:type="dxa" w:w="4819"/>
        </w:tcPr>
        <w:p>
          <w:pPr>
            <w:jc w:val="right"/>
          </w:pPr>
          <w:r>
            <w:rPr>
              <w:rFonts w:ascii="Trebuchet MS" w:hAnsi="Trebuchet MS"/>
              <w:b w:val="0"/>
              <w:i w:val="0"/>
              <w:color w:val="666666"/>
              <w:sz w:val="16"/>
            </w:rPr>
            <w:t xml:space="preserve">Página </w:t>
          </w:r>
          <w:fldSimple w:instr="PAGE"/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drawing>
        <wp:inline xmlns:a="http://schemas.openxmlformats.org/drawingml/2006/main" xmlns:pic="http://schemas.openxmlformats.org/drawingml/2006/picture">
          <wp:extent cx="1440000" cy="45403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is_aragon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0000" cy="454032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Trebuchet MS" w:hAnsi="Trebuchet M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rebuchet MS" w:hAnsi="Trebuchet MS"/>
      <w:b/>
      <w:bCs/>
      <w:color w:val="222222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Trebuchet MS" w:hAnsi="Trebuchet MS"/>
      <w:b/>
      <w:bCs/>
      <w:color w:val="222222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Trebuchet MS" w:hAnsi="Trebuchet MS"/>
      <w:b/>
      <w:color w:val="222222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